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履　歴　書</w:t>
      </w:r>
    </w:p>
    <w:p>
      <w:pPr>
        <w:jc w:val="right"/>
      </w:pPr>
      <w:r>
        <w:t>年　　月　　日現在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333333"/>
          <w:left w:val="single" w:sz="6" w:color="333333"/>
          <w:bottom w:val="single" w:sz="6" w:color="333333"/>
          <w:right w:val="single" w:sz="6" w:color="333333"/>
          <w:insideH w:val="single" w:sz="6" w:color="333333"/>
          <w:insideV w:val="single" w:sz="6" w:color="333333"/>
        </w:tblBorders>
      </w:tblPr>
      <w:tblGrid>
        <w:gridCol w:w="4933"/>
        <w:gridCol w:w="4933"/>
      </w:tblGrid>
      <w:tr>
        <w:tc>
          <w:tcPr>
            <w:tcW w:type="dxa" w:w="2268"/>
          </w:tcPr>
          <w:p>
            <w:r>
              <w:t>ふりがな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氏　名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生年月日</w:t>
            </w:r>
          </w:p>
        </w:tc>
        <w:tc>
          <w:tcPr>
            <w:tcW w:type="dxa" w:w="7370"/>
          </w:tcPr>
          <w:p>
            <w:r>
              <w:t xml:space="preserve">　　　　年　　　月　　　日生（満　　　歳）　性別：</w:t>
            </w:r>
          </w:p>
        </w:tc>
      </w:tr>
      <w:tr>
        <w:tc>
          <w:tcPr>
            <w:tcW w:type="dxa" w:w="2268"/>
          </w:tcPr>
          <w:p>
            <w:r>
              <w:t>現住所（〒　　　-　　　　）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電話 / メール</w:t>
            </w:r>
          </w:p>
        </w:tc>
        <w:tc>
          <w:tcPr>
            <w:tcW w:type="dxa" w:w="7370"/>
          </w:tcPr>
          <w:p/>
        </w:tc>
      </w:tr>
    </w:tbl>
    <w:p/>
    <w:p>
      <w:r>
        <w:rPr>
          <w:b/>
        </w:rPr>
        <w:t>学歴・職歴（各別にまとめて書く）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6" w:color="333333"/>
          <w:left w:val="single" w:sz="6" w:color="333333"/>
          <w:bottom w:val="single" w:sz="6" w:color="333333"/>
          <w:right w:val="single" w:sz="6" w:color="333333"/>
          <w:insideH w:val="single" w:sz="6" w:color="333333"/>
          <w:insideV w:val="single" w:sz="6" w:color="333333"/>
        </w:tblBorders>
      </w:tblPr>
      <w:tblGrid>
        <w:gridCol w:w="3289"/>
        <w:gridCol w:w="3289"/>
        <w:gridCol w:w="3289"/>
      </w:tblGrid>
      <w:tr>
        <w:tc>
          <w:tcPr>
            <w:tcW w:type="dxa" w:w="1361"/>
          </w:tcPr>
          <w:p>
            <w:r>
              <w:t>年</w:t>
            </w:r>
          </w:p>
        </w:tc>
        <w:tc>
          <w:tcPr>
            <w:tcW w:type="dxa" w:w="1020"/>
          </w:tcPr>
          <w:p>
            <w:r>
              <w:t>月</w:t>
            </w:r>
          </w:p>
        </w:tc>
        <w:tc>
          <w:tcPr>
            <w:tcW w:type="dxa" w:w="7257"/>
          </w:tcPr>
          <w:p>
            <w:r>
              <w:t>学歴・職歴</w:t>
            </w:r>
          </w:p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</w:tbl>
    <w:p/>
    <w:p>
      <w:r>
        <w:rPr>
          <w:b/>
        </w:rPr>
        <w:t>免許・資格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6" w:color="333333"/>
          <w:left w:val="single" w:sz="6" w:color="333333"/>
          <w:bottom w:val="single" w:sz="6" w:color="333333"/>
          <w:right w:val="single" w:sz="6" w:color="333333"/>
          <w:insideH w:val="single" w:sz="6" w:color="333333"/>
          <w:insideV w:val="single" w:sz="6" w:color="333333"/>
        </w:tblBorders>
      </w:tblPr>
      <w:tblGrid>
        <w:gridCol w:w="3289"/>
        <w:gridCol w:w="3289"/>
        <w:gridCol w:w="3289"/>
      </w:tblGrid>
      <w:tr>
        <w:tc>
          <w:tcPr>
            <w:tcW w:type="dxa" w:w="1361"/>
          </w:tcPr>
          <w:p>
            <w:r>
              <w:t>年</w:t>
            </w:r>
          </w:p>
        </w:tc>
        <w:tc>
          <w:tcPr>
            <w:tcW w:type="dxa" w:w="1020"/>
          </w:tcPr>
          <w:p>
            <w:r>
              <w:t>月</w:t>
            </w:r>
          </w:p>
        </w:tc>
        <w:tc>
          <w:tcPr>
            <w:tcW w:type="dxa" w:w="7257"/>
          </w:tcPr>
          <w:p>
            <w:r>
              <w:t>免許・資格</w:t>
            </w:r>
          </w:p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020"/>
          </w:tcPr>
          <w:p/>
        </w:tc>
        <w:tc>
          <w:tcPr>
            <w:tcW w:type="dxa" w:w="7257"/>
          </w:tcPr>
          <w:p/>
        </w:tc>
      </w:tr>
    </w:tbl>
    <w:p/>
    <w:p>
      <w:r>
        <w:rPr>
          <w:b/>
        </w:rPr>
        <w:t>志望の動機、特技、アピールポイントなど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6" w:color="333333"/>
          <w:left w:val="single" w:sz="6" w:color="333333"/>
          <w:bottom w:val="single" w:sz="6" w:color="333333"/>
          <w:right w:val="single" w:sz="6" w:color="333333"/>
          <w:insideH w:val="single" w:sz="6" w:color="333333"/>
          <w:insideV w:val="single" w:sz="6" w:color="333333"/>
        </w:tblBorders>
      </w:tblPr>
      <w:tblGrid>
        <w:gridCol w:w="9866"/>
      </w:tblGrid>
      <w:tr>
        <w:trPr>
          <w:trHeight w:val="2268"/>
        </w:trPr>
        <w:tc>
          <w:tcPr>
            <w:tcW w:type="dxa" w:w="9866"/>
          </w:tcPr>
          <w:p>
            <w:r>
              <w:br/>
              <w:br/>
              <w:br/>
            </w:r>
          </w:p>
        </w:tc>
      </w:tr>
    </w:tbl>
    <w:p/>
    <w:p>
      <w:r>
        <w:rPr>
          <w:b/>
        </w:rPr>
        <w:t>本人希望記入欄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6" w:color="333333"/>
          <w:left w:val="single" w:sz="6" w:color="333333"/>
          <w:bottom w:val="single" w:sz="6" w:color="333333"/>
          <w:right w:val="single" w:sz="6" w:color="333333"/>
          <w:insideH w:val="single" w:sz="6" w:color="333333"/>
          <w:insideV w:val="single" w:sz="6" w:color="333333"/>
        </w:tblBorders>
      </w:tblPr>
      <w:tblGrid>
        <w:gridCol w:w="9866"/>
      </w:tblGrid>
      <w:tr>
        <w:tc>
          <w:tcPr>
            <w:tcW w:type="dxa" w:w="9866"/>
          </w:tcPr>
          <w:p>
            <w:r>
              <w:br/>
              <w:br/>
            </w:r>
          </w:p>
        </w:tc>
      </w:tr>
    </w:tbl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游ゴシック" w:hAnsi="游ゴシック" w:eastAsia="游ゴシック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