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職　務　経　歴　書</w:t>
      </w:r>
    </w:p>
    <w:p>
      <w:pPr>
        <w:jc w:val="right"/>
      </w:pPr>
      <w:r>
        <w:t>年　　月　　日現在</w:t>
        <w:br/>
        <w:t>氏名：</w:t>
      </w:r>
    </w:p>
    <w:p>
      <w:r>
        <w:rPr>
          <w:b/>
        </w:rPr>
        <w:t>■ 職務要約</w:t>
      </w:r>
    </w:p>
    <w:p>
      <w:r>
        <w:t>これまでの経歴の概要を3〜5行程度でまとめます。</w:t>
        <w:br/>
        <w:br/>
      </w:r>
    </w:p>
    <w:p>
      <w:r>
        <w:rPr>
          <w:b/>
        </w:rPr>
        <w:t>■ 職務経歴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6" w:color="333333"/>
          <w:left w:val="single" w:sz="6" w:color="333333"/>
          <w:bottom w:val="single" w:sz="6" w:color="333333"/>
          <w:right w:val="single" w:sz="6" w:color="333333"/>
          <w:insideH w:val="single" w:sz="6" w:color="333333"/>
          <w:insideV w:val="single" w:sz="6" w:color="333333"/>
        </w:tblBorders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</w:tcPr>
          <w:p>
            <w:r>
              <w:t>期間</w:t>
            </w:r>
          </w:p>
        </w:tc>
        <w:tc>
          <w:tcPr>
            <w:tcW w:type="dxa" w:w="2466"/>
          </w:tcPr>
          <w:p>
            <w:r>
              <w:t>会社名・雇用形態</w:t>
            </w:r>
          </w:p>
        </w:tc>
        <w:tc>
          <w:tcPr>
            <w:tcW w:type="dxa" w:w="2466"/>
          </w:tcPr>
          <w:p>
            <w:r>
              <w:t>業務内容</w:t>
            </w:r>
          </w:p>
        </w:tc>
        <w:tc>
          <w:tcPr>
            <w:tcW w:type="dxa" w:w="2466"/>
          </w:tcPr>
          <w:p>
            <w:r>
              <w:t>実績・成果</w:t>
            </w:r>
          </w:p>
        </w:tc>
      </w:tr>
      <w:tr>
        <w:trPr>
          <w:trHeight w:val="1247"/>
        </w:trPr>
        <w:tc>
          <w:tcPr>
            <w:tcW w:type="dxa" w:w="2466"/>
          </w:tcPr>
          <w:p/>
        </w:tc>
        <w:tc>
          <w:tcPr>
            <w:tcW w:type="dxa" w:w="2466"/>
          </w:tcPr>
          <w:p/>
        </w:tc>
        <w:tc>
          <w:tcPr>
            <w:tcW w:type="dxa" w:w="2466"/>
          </w:tcPr>
          <w:p/>
        </w:tc>
        <w:tc>
          <w:tcPr>
            <w:tcW w:type="dxa" w:w="2466"/>
          </w:tcPr>
          <w:p/>
        </w:tc>
      </w:tr>
      <w:tr>
        <w:trPr>
          <w:trHeight w:val="1247"/>
        </w:trPr>
        <w:tc>
          <w:tcPr>
            <w:tcW w:type="dxa" w:w="2466"/>
          </w:tcPr>
          <w:p/>
        </w:tc>
        <w:tc>
          <w:tcPr>
            <w:tcW w:type="dxa" w:w="2466"/>
          </w:tcPr>
          <w:p/>
        </w:tc>
        <w:tc>
          <w:tcPr>
            <w:tcW w:type="dxa" w:w="2466"/>
          </w:tcPr>
          <w:p/>
        </w:tc>
        <w:tc>
          <w:tcPr>
            <w:tcW w:type="dxa" w:w="2466"/>
          </w:tcPr>
          <w:p/>
        </w:tc>
      </w:tr>
      <w:tr>
        <w:trPr>
          <w:trHeight w:val="1247"/>
        </w:trPr>
        <w:tc>
          <w:tcPr>
            <w:tcW w:type="dxa" w:w="2466"/>
          </w:tcPr>
          <w:p/>
        </w:tc>
        <w:tc>
          <w:tcPr>
            <w:tcW w:type="dxa" w:w="2466"/>
          </w:tcPr>
          <w:p/>
        </w:tc>
        <w:tc>
          <w:tcPr>
            <w:tcW w:type="dxa" w:w="2466"/>
          </w:tcPr>
          <w:p/>
        </w:tc>
        <w:tc>
          <w:tcPr>
            <w:tcW w:type="dxa" w:w="2466"/>
          </w:tcPr>
          <w:p/>
        </w:tc>
      </w:tr>
    </w:tbl>
    <w:p/>
    <w:p>
      <w:r>
        <w:rPr>
          <w:b/>
        </w:rPr>
        <w:t>■ 活かせる経験・知識・スキル</w:t>
      </w:r>
    </w:p>
    <w:p>
      <w:r>
        <w:t>・</w:t>
        <w:br/>
        <w:t>・</w:t>
        <w:br/>
        <w:t>・</w:t>
      </w:r>
    </w:p>
    <w:p>
      <w:r>
        <w:rPr>
          <w:b/>
        </w:rPr>
        <w:t>■ 保有資格</w:t>
      </w:r>
    </w:p>
    <w:p>
      <w:r>
        <w:t>・</w:t>
        <w:br/>
        <w:t>・</w:t>
      </w:r>
    </w:p>
    <w:p>
      <w:r>
        <w:rPr>
          <w:b/>
        </w:rPr>
        <w:t>■ 自己PR</w:t>
      </w:r>
    </w:p>
    <w:p>
      <w:r>
        <w:br/>
        <w:br/>
        <w:br/>
      </w:r>
    </w:p>
    <w:sectPr w:rsidR="00FC693F" w:rsidRPr="0006063C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游ゴシック" w:hAnsi="游ゴシック" w:eastAsia="游ゴシック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